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Policy Acknowledgment Form</w:t>
      </w:r>
    </w:p>
    <w:p>
      <w:pPr>
        <w:spacing w:after="160"/>
      </w:pPr>
      <w:r>
        <w:rPr>
          <w:b/>
        </w:rPr>
        <w:t xml:space="preserve">Employer:  </w:t>
      </w:r>
      <w:r>
        <w:t>________________________________________</w:t>
      </w:r>
    </w:p>
    <w:p>
      <w:pPr>
        <w:spacing w:before="280" w:after="80"/>
      </w:pPr>
      <w:r>
        <w:rPr>
          <w:b/>
          <w:sz w:val="24"/>
        </w:rPr>
        <w:t>The policy</w:t>
      </w:r>
    </w:p>
    <w:p>
      <w:pPr>
        <w:spacing w:after="160"/>
      </w:pPr>
      <w:r>
        <w:rPr>
          <w:b/>
        </w:rPr>
        <w:t xml:space="preserve">Policy name: 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Version:  </w:t>
      </w:r>
      <w:r>
        <w:t>________________   Effective date:  ________________</w:t>
      </w:r>
    </w:p>
    <w:p>
      <w:pPr>
        <w:spacing w:after="160"/>
      </w:pPr>
      <w:r>
        <w:rPr>
          <w:b/>
        </w:rPr>
        <w:t xml:space="preserve">Provided on (date):  </w:t>
      </w:r>
      <w:r>
        <w:t>________________   Language:  ________________</w:t>
      </w:r>
    </w:p>
    <w:p>
      <w:r>
        <w:rPr>
          <w:b/>
        </w:rPr>
        <w:t>How it was provided:</w:t>
      </w:r>
    </w:p>
    <w:p>
      <w:r>
        <w:t>☐ Printed copy     ☐ Email     ☐ Intranet or online     ☐ In a meeting</w:t>
      </w:r>
    </w:p>
    <w:p>
      <w:r>
        <w:t>☐ Other: ______________________________</w:t>
      </w:r>
    </w:p>
    <w:p>
      <w:pPr>
        <w:spacing w:before="280" w:after="80"/>
      </w:pPr>
      <w:r>
        <w:rPr>
          <w:b/>
          <w:sz w:val="24"/>
        </w:rPr>
        <w:t>Acknowledgment</w:t>
      </w:r>
    </w:p>
    <w:p>
      <w:r>
        <w:t>I acknowledge that I received the policy named above, in the version and on the date shown. I have read it, and I understand that I am expected to follow it. If I have questions about it, I can ask ______________________ (name or role).</w:t>
      </w:r>
    </w:p>
    <w:p>
      <w:pPr>
        <w:spacing w:before="280" w:after="80"/>
      </w:pPr>
      <w:r>
        <w:rPr>
          <w:b/>
          <w:sz w:val="24"/>
        </w:rPr>
        <w:t>Employee</w:t>
      </w:r>
    </w:p>
    <w:p>
      <w:pPr>
        <w:spacing w:after="160"/>
      </w:pPr>
      <w:r>
        <w:rPr>
          <w:b/>
        </w:rPr>
        <w:t xml:space="preserve">Name: 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Job title or department:  </w:t>
      </w:r>
      <w:r>
        <w:t>________________________________________</w:t>
      </w:r>
    </w:p>
    <w:p>
      <w:pPr>
        <w:spacing w:after="160"/>
      </w:pPr>
      <w:r>
        <w:rPr>
          <w:b/>
        </w:rPr>
        <w:t xml:space="preserve">Employee ID (optional):  </w:t>
      </w:r>
      <w:r>
        <w:t>____________________</w:t>
      </w:r>
    </w:p>
    <w:p>
      <w:pPr>
        <w:spacing w:after="160"/>
      </w:pPr>
      <w:r>
        <w:rPr>
          <w:b/>
        </w:rPr>
        <w:t xml:space="preserve">Signature:  </w:t>
      </w:r>
      <w:r>
        <w:t>______________________________   Date signed:  ______________</w:t>
      </w:r>
    </w:p>
    <w:p>
      <w:pPr>
        <w:spacing w:before="280" w:after="80"/>
      </w:pPr>
      <w:r>
        <w:rPr>
          <w:b/>
          <w:sz w:val="24"/>
        </w:rPr>
        <w:t>For the employer</w:t>
      </w:r>
    </w:p>
    <w:p>
      <w:pPr>
        <w:spacing w:after="160"/>
      </w:pPr>
      <w:r>
        <w:rPr>
          <w:b/>
        </w:rPr>
        <w:t xml:space="preserve">Received by:  </w:t>
      </w:r>
      <w:r>
        <w:t>__________________________   Date:  ______________</w:t>
      </w:r>
    </w:p>
    <w:p>
      <w:pPr>
        <w:spacing w:after="160"/>
      </w:pPr>
      <w:r>
        <w:rPr>
          <w:b/>
        </w:rPr>
        <w:t xml:space="preserve">Where the signed form is kept:  </w:t>
      </w:r>
      <w:r>
        <w:t>________________________________________</w:t>
      </w:r>
    </w:p>
    <w:p>
      <w:pPr>
        <w:spacing w:before="320"/>
        <w:jc w:val="left"/>
      </w:pPr>
      <w:r>
        <w:rPr>
          <w:color w:val="475569"/>
          <w:sz w:val="18"/>
        </w:rPr>
        <w:t>Use one form for each employee, for each version of each policy. Keep the signed form with the copy of the policy version it refers to. Free template from Ethica: getethica.com/resources/policy-acknowledgment-form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Policy Acknowledgment Form</dc:title>
  <dc:subject/>
  <dc:creator>Ethica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