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Policy Acknowledgment Refusal Record</w:t>
      </w:r>
    </w:p>
    <w:p>
      <w:pPr>
        <w:spacing w:after="120"/>
      </w:pPr>
      <w:r>
        <w:rPr>
          <w:b/>
        </w:rPr>
        <w:t xml:space="preserve">Employer:  </w:t>
      </w:r>
      <w:r>
        <w:t>________________________________________</w:t>
      </w:r>
    </w:p>
    <w:p>
      <w:pPr>
        <w:spacing w:before="240" w:after="80"/>
      </w:pPr>
      <w:r>
        <w:rPr>
          <w:b/>
          <w:sz w:val="24"/>
        </w:rPr>
        <w:t>The policy</w:t>
      </w:r>
    </w:p>
    <w:p>
      <w:pPr>
        <w:spacing w:after="120"/>
      </w:pPr>
      <w:r>
        <w:rPr>
          <w:b/>
        </w:rPr>
        <w:t xml:space="preserve">Policy or handbook name:  </w:t>
      </w:r>
      <w:r>
        <w:t>________________________________________</w:t>
      </w:r>
    </w:p>
    <w:p>
      <w:pPr>
        <w:spacing w:after="120"/>
      </w:pPr>
      <w:r>
        <w:rPr>
          <w:b/>
        </w:rPr>
        <w:t xml:space="preserve">Version:  </w:t>
      </w:r>
      <w:r>
        <w:t>________________   Effective date:  ________________</w:t>
      </w:r>
    </w:p>
    <w:p>
      <w:pPr>
        <w:spacing w:after="120"/>
      </w:pPr>
      <w:r>
        <w:rPr>
          <w:b/>
        </w:rPr>
        <w:t xml:space="preserve">Provided on (date):  </w:t>
      </w:r>
      <w:r>
        <w:t>________________</w:t>
      </w:r>
    </w:p>
    <w:p>
      <w:r>
        <w:rPr>
          <w:b/>
        </w:rPr>
        <w:t>How it was provided:</w:t>
      </w:r>
    </w:p>
    <w:p>
      <w:r>
        <w:t>☐ Printed copy     ☐ Email     ☐ Intranet or online     ☐ In a meeting     ☐ Other: __________</w:t>
      </w:r>
    </w:p>
    <w:p>
      <w:pPr>
        <w:spacing w:before="240" w:after="80"/>
      </w:pPr>
      <w:r>
        <w:rPr>
          <w:b/>
          <w:sz w:val="24"/>
        </w:rPr>
        <w:t>What happened</w:t>
      </w:r>
    </w:p>
    <w:p>
      <w:r>
        <w:t>The employee named below was given a copy of the policy above and asked to sign an acknowledgment that they received it. They declined to sign.</w:t>
      </w:r>
    </w:p>
    <w:p>
      <w:r>
        <w:t>☐ The employee was told that signing confirms receipt, not agreement, and was offered the chance to ask questions or add comments.</w:t>
      </w:r>
    </w:p>
    <w:p>
      <w:r>
        <w:t>☐ The employee kept a copy of the policy.</w:t>
      </w:r>
    </w:p>
    <w:p>
      <w:r>
        <w:rPr>
          <w:b/>
        </w:rPr>
        <w:t>Reason given, in the employee's words (optional):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>Employee</w:t>
      </w:r>
    </w:p>
    <w:p>
      <w:pPr>
        <w:spacing w:after="120"/>
      </w:pPr>
      <w:r>
        <w:rPr>
          <w:b/>
        </w:rPr>
        <w:t xml:space="preserve">Name:  </w:t>
      </w:r>
      <w:r>
        <w:t>________________________________________</w:t>
      </w:r>
    </w:p>
    <w:p>
      <w:pPr>
        <w:spacing w:after="120"/>
      </w:pPr>
      <w:r>
        <w:rPr>
          <w:b/>
        </w:rPr>
        <w:t xml:space="preserve">Job title or department:  </w:t>
      </w:r>
      <w:r>
        <w:t>________________________________________</w:t>
      </w:r>
    </w:p>
    <w:p>
      <w:r>
        <w:rPr>
          <w:b/>
        </w:rPr>
        <w:t>Employee comments (optional):</w:t>
      </w:r>
    </w:p>
    <w:p>
      <w:r>
        <w:t>______________________________________________________________________________</w:t>
      </w:r>
    </w:p>
    <w:p>
      <w:pPr>
        <w:spacing w:after="120"/>
      </w:pPr>
      <w:r>
        <w:rPr>
          <w:b/>
        </w:rPr>
        <w:t xml:space="preserve">Signature (optional):  </w:t>
      </w:r>
      <w:r>
        <w:t>______________________________   Date:  ______________</w:t>
      </w:r>
    </w:p>
    <w:p>
      <w:pPr>
        <w:spacing w:before="240" w:after="80"/>
      </w:pPr>
      <w:r>
        <w:rPr>
          <w:b/>
          <w:sz w:val="24"/>
        </w:rPr>
        <w:t>Recorded by</w:t>
      </w:r>
    </w:p>
    <w:p>
      <w:pPr>
        <w:spacing w:after="120"/>
      </w:pPr>
      <w:r>
        <w:rPr>
          <w:b/>
        </w:rPr>
        <w:t xml:space="preserve">Name and title:  </w:t>
      </w:r>
      <w:r>
        <w:t>________________________________________</w:t>
      </w:r>
    </w:p>
    <w:p>
      <w:pPr>
        <w:spacing w:after="120"/>
      </w:pPr>
      <w:r>
        <w:rPr>
          <w:b/>
        </w:rPr>
        <w:t xml:space="preserve">Signature:  </w:t>
      </w:r>
      <w:r>
        <w:t>______________________________   Date:  ______________</w:t>
      </w:r>
    </w:p>
    <w:p>
      <w:pPr>
        <w:spacing w:before="240" w:after="80"/>
      </w:pPr>
      <w:r>
        <w:rPr>
          <w:b/>
          <w:sz w:val="24"/>
        </w:rPr>
        <w:t>Witness</w:t>
      </w:r>
    </w:p>
    <w:p>
      <w:pPr>
        <w:spacing w:after="120"/>
      </w:pPr>
      <w:r>
        <w:rPr>
          <w:b/>
        </w:rPr>
        <w:t xml:space="preserve">Name and title:  </w:t>
      </w:r>
      <w:r>
        <w:t>________________________________________</w:t>
      </w:r>
    </w:p>
    <w:p>
      <w:pPr>
        <w:spacing w:after="120"/>
      </w:pPr>
      <w:r>
        <w:rPr>
          <w:b/>
        </w:rPr>
        <w:t xml:space="preserve">Signature:  </w:t>
      </w:r>
      <w:r>
        <w:t>______________________________   Date:  ______________</w:t>
      </w:r>
    </w:p>
    <w:p>
      <w:r>
        <w:rPr>
          <w:color w:val="475569"/>
          <w:sz w:val="18"/>
        </w:rPr>
        <w:t>Keep this record with the copy of the policy version it refers to. Free template from Ethica: getethica.com/resources/employee-refuses-to-sign-policy</w:t>
      </w:r>
    </w:p>
    <w:sectPr w:rsidR="00FC693F" w:rsidRPr="0006063C" w:rsidSect="00034616"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Acknowledgment Refusal Record</dc:title>
  <dc:subject/>
  <dc:creator>Ethica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